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CB794" w14:textId="77777777" w:rsidR="00FC1355" w:rsidRPr="00FC1355" w:rsidRDefault="00FC1355" w:rsidP="00FC1355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lang w:val="pl-PL"/>
        </w:rPr>
      </w:pPr>
    </w:p>
    <w:p w14:paraId="10A568C8" w14:textId="77777777" w:rsidR="00FC1355" w:rsidRDefault="00557850" w:rsidP="00FC1355">
      <w:pPr>
        <w:spacing w:after="0" w:line="240" w:lineRule="auto"/>
        <w:ind w:left="2160" w:firstLine="720"/>
        <w:jc w:val="both"/>
        <w:rPr>
          <w:rFonts w:ascii="Times New Roman" w:hAnsi="Times New Roman" w:cs="Times New Roman"/>
          <w:b/>
          <w:color w:val="auto"/>
          <w:lang w:val="pl-PL"/>
        </w:rPr>
      </w:pPr>
      <w:r w:rsidRPr="00FC1355">
        <w:rPr>
          <w:rFonts w:ascii="Times New Roman" w:hAnsi="Times New Roman" w:cs="Times New Roman"/>
          <w:b/>
          <w:color w:val="auto"/>
          <w:lang w:val="pl-PL"/>
        </w:rPr>
        <w:t>OŚWIADCZENIE KANDYDATA</w:t>
      </w:r>
      <w:r w:rsidR="00FC1355">
        <w:rPr>
          <w:rFonts w:ascii="Times New Roman" w:hAnsi="Times New Roman" w:cs="Times New Roman"/>
          <w:b/>
          <w:color w:val="auto"/>
          <w:lang w:val="pl-PL"/>
        </w:rPr>
        <w:tab/>
      </w:r>
    </w:p>
    <w:p w14:paraId="7AA54950" w14:textId="5D7C076C" w:rsidR="00740D51" w:rsidRPr="00FC1355" w:rsidRDefault="00FC1355" w:rsidP="00FC1355">
      <w:pPr>
        <w:spacing w:after="0" w:line="240" w:lineRule="auto"/>
        <w:jc w:val="both"/>
        <w:rPr>
          <w:rFonts w:ascii="Times New Roman" w:hAnsi="Times New Roman" w:cs="Times New Roman"/>
          <w:color w:val="auto"/>
          <w:lang w:val="pl-PL"/>
        </w:rPr>
      </w:pPr>
      <w:r>
        <w:rPr>
          <w:rFonts w:ascii="Times New Roman" w:hAnsi="Times New Roman" w:cs="Times New Roman"/>
          <w:b/>
          <w:color w:val="auto"/>
          <w:lang w:val="pl-PL"/>
        </w:rPr>
        <w:t xml:space="preserve">                     </w:t>
      </w:r>
      <w:r w:rsidR="00557850" w:rsidRPr="00FC1355">
        <w:rPr>
          <w:rFonts w:ascii="Times New Roman" w:hAnsi="Times New Roman" w:cs="Times New Roman"/>
          <w:b/>
          <w:color w:val="auto"/>
          <w:lang w:val="pl-PL"/>
        </w:rPr>
        <w:t>O SPEŁNIANIU WYMOGÓW USTAWOWYC</w:t>
      </w:r>
      <w:r>
        <w:rPr>
          <w:rFonts w:ascii="Times New Roman" w:hAnsi="Times New Roman" w:cs="Times New Roman"/>
          <w:b/>
          <w:color w:val="auto"/>
          <w:lang w:val="pl-PL"/>
        </w:rPr>
        <w:t xml:space="preserve">H  </w:t>
      </w:r>
      <w:r w:rsidR="00557850" w:rsidRPr="00FC1355">
        <w:rPr>
          <w:rFonts w:ascii="Times New Roman" w:hAnsi="Times New Roman" w:cs="Times New Roman"/>
          <w:b/>
          <w:color w:val="auto"/>
          <w:lang w:val="pl-PL"/>
        </w:rPr>
        <w:t>I NIEKARALNOŚCI</w:t>
      </w:r>
    </w:p>
    <w:p w14:paraId="6B75AE9F" w14:textId="77777777" w:rsidR="00FC1355" w:rsidRDefault="00FC1355" w:rsidP="00FC1355">
      <w:pPr>
        <w:spacing w:after="240" w:line="300" w:lineRule="auto"/>
        <w:jc w:val="both"/>
        <w:rPr>
          <w:rFonts w:ascii="Times New Roman" w:hAnsi="Times New Roman" w:cs="Times New Roman"/>
          <w:b/>
          <w:lang w:val="pl-PL"/>
        </w:rPr>
      </w:pPr>
    </w:p>
    <w:p w14:paraId="31FA839D" w14:textId="5ECCA228" w:rsidR="00740D51" w:rsidRPr="00FC1355" w:rsidRDefault="00557850" w:rsidP="00FC1355">
      <w:pPr>
        <w:spacing w:after="240" w:line="300" w:lineRule="auto"/>
        <w:jc w:val="both"/>
        <w:rPr>
          <w:rFonts w:ascii="Times New Roman" w:hAnsi="Times New Roman" w:cs="Times New Roman"/>
          <w:lang w:val="pl-PL"/>
        </w:rPr>
      </w:pPr>
      <w:r w:rsidRPr="00FC1355">
        <w:rPr>
          <w:rFonts w:ascii="Times New Roman" w:hAnsi="Times New Roman" w:cs="Times New Roman"/>
          <w:b/>
          <w:lang w:val="pl-PL"/>
        </w:rPr>
        <w:t>Ja, niżej podpisana/y:</w:t>
      </w:r>
      <w:r w:rsidR="00FC1355">
        <w:rPr>
          <w:rFonts w:ascii="Times New Roman" w:hAnsi="Times New Roman" w:cs="Times New Roman"/>
          <w:b/>
          <w:lang w:val="pl-PL"/>
        </w:rPr>
        <w:tab/>
      </w:r>
      <w:r w:rsidRPr="00FC1355">
        <w:rPr>
          <w:rFonts w:ascii="Times New Roman" w:hAnsi="Times New Roman" w:cs="Times New Roman"/>
          <w:b/>
          <w:lang w:val="pl-PL"/>
        </w:rPr>
        <w:br/>
      </w:r>
      <w:r w:rsidRPr="00FC1355">
        <w:rPr>
          <w:rFonts w:ascii="Times New Roman" w:hAnsi="Times New Roman" w:cs="Times New Roman"/>
          <w:lang w:val="pl-PL"/>
        </w:rPr>
        <w:t>Imię (imiona) i nazwisko:</w:t>
      </w:r>
      <w:r w:rsidR="00FC1355">
        <w:rPr>
          <w:rFonts w:ascii="Times New Roman" w:hAnsi="Times New Roman" w:cs="Times New Roman"/>
          <w:lang w:val="pl-PL"/>
        </w:rPr>
        <w:tab/>
      </w:r>
      <w:r w:rsidRPr="00FC1355">
        <w:rPr>
          <w:rFonts w:ascii="Times New Roman" w:hAnsi="Times New Roman" w:cs="Times New Roman"/>
          <w:lang w:val="pl-PL"/>
        </w:rPr>
        <w:t xml:space="preserve"> ...................................................................</w:t>
      </w:r>
      <w:r w:rsidR="00FC1355" w:rsidRPr="00FC1355">
        <w:rPr>
          <w:rFonts w:ascii="Times New Roman" w:hAnsi="Times New Roman" w:cs="Times New Roman"/>
          <w:lang w:val="pl-PL"/>
        </w:rPr>
        <w:t>..............................</w:t>
      </w:r>
      <w:r w:rsidRPr="00FC1355">
        <w:rPr>
          <w:rFonts w:ascii="Times New Roman" w:hAnsi="Times New Roman" w:cs="Times New Roman"/>
          <w:lang w:val="pl-PL"/>
        </w:rPr>
        <w:t>...........................................................</w:t>
      </w:r>
      <w:r w:rsidR="00FC1355">
        <w:rPr>
          <w:rFonts w:ascii="Times New Roman" w:hAnsi="Times New Roman" w:cs="Times New Roman"/>
          <w:lang w:val="pl-PL"/>
        </w:rPr>
        <w:t>....</w:t>
      </w:r>
      <w:r w:rsidRPr="00FC1355">
        <w:rPr>
          <w:rFonts w:ascii="Times New Roman" w:hAnsi="Times New Roman" w:cs="Times New Roman"/>
          <w:lang w:val="pl-PL"/>
        </w:rPr>
        <w:t>..........</w:t>
      </w:r>
      <w:r w:rsidRPr="00FC1355">
        <w:rPr>
          <w:rFonts w:ascii="Times New Roman" w:hAnsi="Times New Roman" w:cs="Times New Roman"/>
          <w:lang w:val="pl-PL"/>
        </w:rPr>
        <w:br/>
        <w:t>Adres zamieszkania: ....................................................................................................................................</w:t>
      </w:r>
      <w:r w:rsidRPr="00FC1355">
        <w:rPr>
          <w:rFonts w:ascii="Times New Roman" w:hAnsi="Times New Roman" w:cs="Times New Roman"/>
          <w:lang w:val="pl-PL"/>
        </w:rPr>
        <w:br/>
      </w:r>
      <w:r w:rsidRPr="00FC1355">
        <w:rPr>
          <w:rFonts w:ascii="Times New Roman" w:hAnsi="Times New Roman" w:cs="Times New Roman"/>
          <w:lang w:val="pl-PL"/>
        </w:rPr>
        <w:t>PESEL / Nr dokumentu tożsamości: ..........</w:t>
      </w:r>
      <w:r w:rsidR="00FC1355" w:rsidRPr="00FC1355">
        <w:rPr>
          <w:rFonts w:ascii="Times New Roman" w:hAnsi="Times New Roman" w:cs="Times New Roman"/>
          <w:lang w:val="pl-PL"/>
        </w:rPr>
        <w:t>....................................</w:t>
      </w:r>
      <w:r w:rsidRPr="00FC1355">
        <w:rPr>
          <w:rFonts w:ascii="Times New Roman" w:hAnsi="Times New Roman" w:cs="Times New Roman"/>
          <w:lang w:val="pl-PL"/>
        </w:rPr>
        <w:t>...........................................................</w:t>
      </w:r>
      <w:r w:rsidRPr="00FC1355">
        <w:rPr>
          <w:rFonts w:ascii="Times New Roman" w:hAnsi="Times New Roman" w:cs="Times New Roman"/>
          <w:lang w:val="pl-PL"/>
        </w:rPr>
        <w:br/>
      </w:r>
      <w:r w:rsidRPr="00FC1355">
        <w:rPr>
          <w:rFonts w:ascii="Times New Roman" w:hAnsi="Times New Roman" w:cs="Times New Roman"/>
          <w:lang w:val="pl-PL"/>
        </w:rPr>
        <w:br/>
        <w:t>uprzedzona/y o odpowiedzialności karnej za składanie fałszywych oświadczeń, niniejszym oświadczam, że:</w:t>
      </w:r>
    </w:p>
    <w:p w14:paraId="7297FA1F" w14:textId="77777777" w:rsidR="00740D51" w:rsidRPr="00FC1355" w:rsidRDefault="00557850" w:rsidP="00FC1355">
      <w:pPr>
        <w:spacing w:after="120"/>
        <w:jc w:val="both"/>
        <w:rPr>
          <w:rFonts w:ascii="Times New Roman" w:hAnsi="Times New Roman" w:cs="Times New Roman"/>
          <w:lang w:val="pl-PL"/>
        </w:rPr>
      </w:pPr>
      <w:r w:rsidRPr="00FC1355">
        <w:rPr>
          <w:rFonts w:ascii="Times New Roman" w:hAnsi="Times New Roman" w:cs="Times New Roman"/>
          <w:b/>
          <w:lang w:val="pl-PL"/>
        </w:rPr>
        <w:t>1.</w:t>
      </w:r>
      <w:r w:rsidRPr="00FC1355">
        <w:rPr>
          <w:rFonts w:ascii="Times New Roman" w:hAnsi="Times New Roman" w:cs="Times New Roman"/>
          <w:lang w:val="pl-PL"/>
        </w:rPr>
        <w:t xml:space="preserve"> Posiadam obywatelstwo polskie / obywatelstwo państwa członkowskiego Unii Europejskiej lub innego państwa, któremu na podstawie umów międzynarodowych lub przepisów prawa wspólnotowego przysługuje prawo do podjęcia zatrudnienia na terytorium Rzeczypospolitej Polskiej.</w:t>
      </w:r>
    </w:p>
    <w:p w14:paraId="4B635A2B" w14:textId="77777777" w:rsidR="00740D51" w:rsidRPr="00FC1355" w:rsidRDefault="00557850" w:rsidP="00FC1355">
      <w:pPr>
        <w:spacing w:after="120"/>
        <w:jc w:val="both"/>
        <w:rPr>
          <w:rFonts w:ascii="Times New Roman" w:hAnsi="Times New Roman" w:cs="Times New Roman"/>
          <w:lang w:val="pl-PL"/>
        </w:rPr>
      </w:pPr>
      <w:r w:rsidRPr="00FC1355">
        <w:rPr>
          <w:rFonts w:ascii="Times New Roman" w:hAnsi="Times New Roman" w:cs="Times New Roman"/>
          <w:b/>
          <w:lang w:val="pl-PL"/>
        </w:rPr>
        <w:t>2.</w:t>
      </w:r>
      <w:r w:rsidRPr="00FC1355">
        <w:rPr>
          <w:rFonts w:ascii="Times New Roman" w:hAnsi="Times New Roman" w:cs="Times New Roman"/>
          <w:lang w:val="pl-PL"/>
        </w:rPr>
        <w:t xml:space="preserve"> Posiadam pełną zdolność do czynności prawnych oraz korzystam z pełni praw publicznych.</w:t>
      </w:r>
    </w:p>
    <w:p w14:paraId="3D86F478" w14:textId="77777777" w:rsidR="00740D51" w:rsidRPr="00FC1355" w:rsidRDefault="00557850" w:rsidP="00FC1355">
      <w:pPr>
        <w:spacing w:after="120"/>
        <w:jc w:val="both"/>
        <w:rPr>
          <w:rFonts w:ascii="Times New Roman" w:hAnsi="Times New Roman" w:cs="Times New Roman"/>
          <w:lang w:val="pl-PL"/>
        </w:rPr>
      </w:pPr>
      <w:r w:rsidRPr="00FC1355">
        <w:rPr>
          <w:rFonts w:ascii="Times New Roman" w:hAnsi="Times New Roman" w:cs="Times New Roman"/>
          <w:b/>
          <w:lang w:val="pl-PL"/>
        </w:rPr>
        <w:t>3.</w:t>
      </w:r>
      <w:r w:rsidRPr="00FC1355">
        <w:rPr>
          <w:rFonts w:ascii="Times New Roman" w:hAnsi="Times New Roman" w:cs="Times New Roman"/>
          <w:lang w:val="pl-PL"/>
        </w:rPr>
        <w:t xml:space="preserve"> Nie byłam/em skazana/y prawomocnym wyrokiem sądu za umyślne przestępstwo ścigane z oskarżenia publicznego lub umyślne przestępstwo skarbowe.</w:t>
      </w:r>
    </w:p>
    <w:p w14:paraId="7D5D790E" w14:textId="5A799E79" w:rsidR="00740D51" w:rsidRPr="00FC1355" w:rsidRDefault="00557850" w:rsidP="00FC1355">
      <w:pPr>
        <w:spacing w:after="120"/>
        <w:jc w:val="both"/>
        <w:rPr>
          <w:rFonts w:ascii="Times New Roman" w:hAnsi="Times New Roman" w:cs="Times New Roman"/>
          <w:lang w:val="pl-PL"/>
        </w:rPr>
      </w:pPr>
      <w:r w:rsidRPr="00FC1355">
        <w:rPr>
          <w:rFonts w:ascii="Times New Roman" w:hAnsi="Times New Roman" w:cs="Times New Roman"/>
          <w:b/>
          <w:lang w:val="pl-PL"/>
        </w:rPr>
        <w:t>4.</w:t>
      </w:r>
      <w:r w:rsidRPr="00FC1355">
        <w:rPr>
          <w:rFonts w:ascii="Times New Roman" w:hAnsi="Times New Roman" w:cs="Times New Roman"/>
          <w:lang w:val="pl-PL"/>
        </w:rPr>
        <w:t xml:space="preserve"> Nie jestem i nie byłam/em pozbawiona/y władzy rodzicielskiej oraz władza rodzicielska nie jest </w:t>
      </w:r>
      <w:r w:rsidR="00FC1355">
        <w:rPr>
          <w:rFonts w:ascii="Times New Roman" w:hAnsi="Times New Roman" w:cs="Times New Roman"/>
          <w:lang w:val="pl-PL"/>
        </w:rPr>
        <w:t xml:space="preserve">                          </w:t>
      </w:r>
      <w:r w:rsidRPr="00FC1355">
        <w:rPr>
          <w:rFonts w:ascii="Times New Roman" w:hAnsi="Times New Roman" w:cs="Times New Roman"/>
          <w:lang w:val="pl-PL"/>
        </w:rPr>
        <w:t>mi zawieszona ani ograniczona (wymóg z art. 12 ust. 1 pkt 2 ustawy z dnia 9 czerwca 2011 r. o wspieraniu rodziny i systemie pieczy zastępczej).</w:t>
      </w:r>
    </w:p>
    <w:p w14:paraId="05FA09A6" w14:textId="6680974B" w:rsidR="00740D51" w:rsidRPr="00FC1355" w:rsidRDefault="00557850" w:rsidP="00FC1355">
      <w:pPr>
        <w:spacing w:after="120"/>
        <w:jc w:val="both"/>
        <w:rPr>
          <w:rFonts w:ascii="Times New Roman" w:hAnsi="Times New Roman" w:cs="Times New Roman"/>
          <w:lang w:val="pl-PL"/>
        </w:rPr>
      </w:pPr>
      <w:r w:rsidRPr="00FC1355">
        <w:rPr>
          <w:rFonts w:ascii="Times New Roman" w:hAnsi="Times New Roman" w:cs="Times New Roman"/>
          <w:b/>
          <w:lang w:val="pl-PL"/>
        </w:rPr>
        <w:t>5.</w:t>
      </w:r>
      <w:r w:rsidRPr="00FC1355">
        <w:rPr>
          <w:rFonts w:ascii="Times New Roman" w:hAnsi="Times New Roman" w:cs="Times New Roman"/>
          <w:lang w:val="pl-PL"/>
        </w:rPr>
        <w:t xml:space="preserve"> Wypełniam obowiązek alimentacyjny – w przypadku gdy taki obowiązek w stosunku do mnie wynika</w:t>
      </w:r>
      <w:r w:rsidR="00FC1355">
        <w:rPr>
          <w:rFonts w:ascii="Times New Roman" w:hAnsi="Times New Roman" w:cs="Times New Roman"/>
          <w:lang w:val="pl-PL"/>
        </w:rPr>
        <w:t xml:space="preserve">                    </w:t>
      </w:r>
      <w:r w:rsidRPr="00FC1355">
        <w:rPr>
          <w:rFonts w:ascii="Times New Roman" w:hAnsi="Times New Roman" w:cs="Times New Roman"/>
          <w:lang w:val="pl-PL"/>
        </w:rPr>
        <w:t xml:space="preserve"> z tytułu egzekucyjnego (wymóg z art. 12 ust. 1 pkt 3 ustawy o wspieraniu rodziny i systemie pieczy zastępczej).</w:t>
      </w:r>
    </w:p>
    <w:p w14:paraId="6450C6A5" w14:textId="77777777" w:rsidR="00740D51" w:rsidRPr="00FC1355" w:rsidRDefault="00557850" w:rsidP="00FC1355">
      <w:pPr>
        <w:spacing w:after="120"/>
        <w:jc w:val="both"/>
        <w:rPr>
          <w:rFonts w:ascii="Times New Roman" w:hAnsi="Times New Roman" w:cs="Times New Roman"/>
          <w:lang w:val="pl-PL"/>
        </w:rPr>
      </w:pPr>
      <w:r w:rsidRPr="00FC1355">
        <w:rPr>
          <w:rFonts w:ascii="Times New Roman" w:hAnsi="Times New Roman" w:cs="Times New Roman"/>
          <w:b/>
          <w:lang w:val="pl-PL"/>
        </w:rPr>
        <w:t>6.</w:t>
      </w:r>
      <w:r w:rsidRPr="00FC1355">
        <w:rPr>
          <w:rFonts w:ascii="Times New Roman" w:hAnsi="Times New Roman" w:cs="Times New Roman"/>
          <w:lang w:val="pl-PL"/>
        </w:rPr>
        <w:t xml:space="preserve"> Nie figuruję w bazie danych Rejestru Sprawców Przestępstw na Tle Seksualnym (RSPTS) z dostępem ograniczonym (wymóg z art. 12 ust. 1 pkt 5 ustawy o wspieraniu rodziny i systemie pieczy zastępczej oraz ustawy o przeciwdziałaniu zagrożeniom przestępczością na tle seksualnym i ochronie małoletnich).</w:t>
      </w:r>
    </w:p>
    <w:p w14:paraId="09E1A1A1" w14:textId="77777777" w:rsidR="00740D51" w:rsidRPr="00FC1355" w:rsidRDefault="00557850" w:rsidP="00FC1355">
      <w:pPr>
        <w:spacing w:after="120"/>
        <w:jc w:val="both"/>
        <w:rPr>
          <w:rFonts w:ascii="Times New Roman" w:hAnsi="Times New Roman" w:cs="Times New Roman"/>
          <w:lang w:val="pl-PL"/>
        </w:rPr>
      </w:pPr>
      <w:r w:rsidRPr="00FC1355">
        <w:rPr>
          <w:rFonts w:ascii="Times New Roman" w:hAnsi="Times New Roman" w:cs="Times New Roman"/>
          <w:b/>
          <w:lang w:val="pl-PL"/>
        </w:rPr>
        <w:t>7.</w:t>
      </w:r>
      <w:r w:rsidRPr="00FC1355">
        <w:rPr>
          <w:rFonts w:ascii="Times New Roman" w:hAnsi="Times New Roman" w:cs="Times New Roman"/>
          <w:lang w:val="pl-PL"/>
        </w:rPr>
        <w:t xml:space="preserve"> Posiadam stan zdrowia pozwalający na wykonywanie pracy na stanowisku Asystenta rodziny.</w:t>
      </w:r>
    </w:p>
    <w:p w14:paraId="3002505E" w14:textId="77777777" w:rsidR="00740D51" w:rsidRPr="00FC1355" w:rsidRDefault="00557850" w:rsidP="00FC1355">
      <w:pPr>
        <w:spacing w:after="120"/>
        <w:jc w:val="both"/>
        <w:rPr>
          <w:rFonts w:ascii="Times New Roman" w:hAnsi="Times New Roman" w:cs="Times New Roman"/>
          <w:lang w:val="pl-PL"/>
        </w:rPr>
      </w:pPr>
      <w:r w:rsidRPr="00FC1355">
        <w:rPr>
          <w:rFonts w:ascii="Times New Roman" w:hAnsi="Times New Roman" w:cs="Times New Roman"/>
          <w:b/>
          <w:lang w:val="pl-PL"/>
        </w:rPr>
        <w:t>8.</w:t>
      </w:r>
      <w:r w:rsidRPr="00FC1355">
        <w:rPr>
          <w:rFonts w:ascii="Times New Roman" w:hAnsi="Times New Roman" w:cs="Times New Roman"/>
          <w:lang w:val="pl-PL"/>
        </w:rPr>
        <w:t xml:space="preserve"> W przypadku wyłonienia mojej kandydatury w naborze, przed podpisaniem umowy o pracę, zobowiązuję się do przedłożenia pracodawcy aktualnej informacji z Krajowego Rejestru Karnego (KRK) oraz odpowiednich rejestrów karnych zgodnie z art. 21 ustawy o przeciwdziałaniu zagrożeniom przestępczością na tle seksualnym i ochronie małoletnich.</w:t>
      </w:r>
    </w:p>
    <w:tbl>
      <w:tblPr>
        <w:tblpPr w:leftFromText="141" w:rightFromText="141" w:vertAnchor="text" w:horzAnchor="margin" w:tblpY="1443"/>
        <w:tblW w:w="0" w:type="auto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F07869" w:rsidRPr="00FC1355" w14:paraId="4FD72467" w14:textId="77777777" w:rsidTr="00F07869">
        <w:tc>
          <w:tcPr>
            <w:tcW w:w="4608" w:type="dxa"/>
          </w:tcPr>
          <w:p w14:paraId="541F07EC" w14:textId="2C9FD73A" w:rsidR="00F07869" w:rsidRPr="00FC1355" w:rsidRDefault="00F07869" w:rsidP="00FC1355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FC1355">
              <w:rPr>
                <w:rFonts w:ascii="Times New Roman" w:hAnsi="Times New Roman" w:cs="Times New Roman"/>
                <w:lang w:val="pl-PL"/>
              </w:rPr>
              <w:t>......................................................................</w:t>
            </w:r>
            <w:r w:rsidRPr="00FC1355">
              <w:rPr>
                <w:rFonts w:ascii="Times New Roman" w:hAnsi="Times New Roman" w:cs="Times New Roman"/>
                <w:lang w:val="pl-PL"/>
              </w:rPr>
              <w:br/>
            </w:r>
            <w:r w:rsidR="00FC1355">
              <w:rPr>
                <w:rFonts w:ascii="Times New Roman" w:hAnsi="Times New Roman" w:cs="Times New Roman"/>
                <w:lang w:val="pl-PL"/>
              </w:rPr>
              <w:t xml:space="preserve">            </w:t>
            </w:r>
            <w:r w:rsidRPr="00FC1355">
              <w:rPr>
                <w:rFonts w:ascii="Times New Roman" w:hAnsi="Times New Roman" w:cs="Times New Roman"/>
                <w:lang w:val="pl-PL"/>
              </w:rPr>
              <w:t>(miejscowość i data)</w:t>
            </w:r>
          </w:p>
        </w:tc>
        <w:tc>
          <w:tcPr>
            <w:tcW w:w="4608" w:type="dxa"/>
          </w:tcPr>
          <w:p w14:paraId="457FB888" w14:textId="653B9F09" w:rsidR="00F07869" w:rsidRPr="00FC1355" w:rsidRDefault="00F07869" w:rsidP="00FC1355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FC1355">
              <w:rPr>
                <w:rFonts w:ascii="Times New Roman" w:hAnsi="Times New Roman" w:cs="Times New Roman"/>
                <w:lang w:val="pl-PL"/>
              </w:rPr>
              <w:t>......................................................................</w:t>
            </w:r>
            <w:r w:rsidRPr="00FC1355">
              <w:rPr>
                <w:rFonts w:ascii="Times New Roman" w:hAnsi="Times New Roman" w:cs="Times New Roman"/>
                <w:lang w:val="pl-PL"/>
              </w:rPr>
              <w:br/>
            </w:r>
            <w:r w:rsidR="00FC1355">
              <w:rPr>
                <w:rFonts w:ascii="Times New Roman" w:hAnsi="Times New Roman" w:cs="Times New Roman"/>
                <w:lang w:val="pl-PL"/>
              </w:rPr>
              <w:t xml:space="preserve">              </w:t>
            </w:r>
            <w:r w:rsidRPr="00FC1355">
              <w:rPr>
                <w:rFonts w:ascii="Times New Roman" w:hAnsi="Times New Roman" w:cs="Times New Roman"/>
                <w:lang w:val="pl-PL"/>
              </w:rPr>
              <w:t>(czytelny podpis kandydata)</w:t>
            </w:r>
          </w:p>
        </w:tc>
      </w:tr>
    </w:tbl>
    <w:p w14:paraId="7EA6366B" w14:textId="0B9C6BF2" w:rsidR="00AE6D6E" w:rsidRPr="008C7A08" w:rsidRDefault="00557850" w:rsidP="00FC1355">
      <w:pPr>
        <w:spacing w:before="360" w:after="720"/>
        <w:jc w:val="both"/>
        <w:rPr>
          <w:rFonts w:ascii="Times New Roman" w:hAnsi="Times New Roman" w:cs="Times New Roman"/>
          <w:lang w:val="pl-PL"/>
        </w:rPr>
      </w:pPr>
      <w:r w:rsidRPr="00FC1355">
        <w:rPr>
          <w:rFonts w:ascii="Times New Roman" w:hAnsi="Times New Roman" w:cs="Times New Roman"/>
          <w:b/>
          <w:lang w:val="pl-PL"/>
        </w:rPr>
        <w:t>Jestem świadoma/y odpowiedzialności karnej za złożenie fałszywego oświadczenia</w:t>
      </w:r>
      <w:r w:rsidRPr="008C7A08">
        <w:rPr>
          <w:rFonts w:ascii="Times New Roman" w:hAnsi="Times New Roman" w:cs="Times New Roman"/>
          <w:b/>
          <w:sz w:val="21"/>
          <w:lang w:val="pl-PL"/>
        </w:rPr>
        <w:t>.</w:t>
      </w:r>
    </w:p>
    <w:sectPr w:rsidR="00AE6D6E" w:rsidRPr="008C7A08" w:rsidSect="00F07869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21394170">
    <w:abstractNumId w:val="8"/>
  </w:num>
  <w:num w:numId="2" w16cid:durableId="155540052">
    <w:abstractNumId w:val="6"/>
  </w:num>
  <w:num w:numId="3" w16cid:durableId="2131822450">
    <w:abstractNumId w:val="5"/>
  </w:num>
  <w:num w:numId="4" w16cid:durableId="589890352">
    <w:abstractNumId w:val="4"/>
  </w:num>
  <w:num w:numId="5" w16cid:durableId="813571647">
    <w:abstractNumId w:val="7"/>
  </w:num>
  <w:num w:numId="6" w16cid:durableId="1173572393">
    <w:abstractNumId w:val="3"/>
  </w:num>
  <w:num w:numId="7" w16cid:durableId="146210954">
    <w:abstractNumId w:val="2"/>
  </w:num>
  <w:num w:numId="8" w16cid:durableId="828063026">
    <w:abstractNumId w:val="1"/>
  </w:num>
  <w:num w:numId="9" w16cid:durableId="799612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40D51"/>
    <w:rsid w:val="008C7A08"/>
    <w:rsid w:val="00AA1D8D"/>
    <w:rsid w:val="00AE6D6E"/>
    <w:rsid w:val="00B47730"/>
    <w:rsid w:val="00CB0664"/>
    <w:rsid w:val="00E67592"/>
    <w:rsid w:val="00E93823"/>
    <w:rsid w:val="00F07869"/>
    <w:rsid w:val="00FC13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35B8E2"/>
  <w14:defaultImageDpi w14:val="300"/>
  <w15:docId w15:val="{A9680561-77CE-4071-B087-F854EB53B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Calibri" w:hAnsi="Calibri"/>
      <w:color w:val="262626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Andrzej Slebioda</cp:lastModifiedBy>
  <cp:revision>2</cp:revision>
  <dcterms:created xsi:type="dcterms:W3CDTF">2026-10-22T18:26:00Z</dcterms:created>
  <dcterms:modified xsi:type="dcterms:W3CDTF">2026-10-22T18:26:00Z</dcterms:modified>
  <cp:category/>
</cp:coreProperties>
</file>